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5383"/>
          </w:tcPr>
          <w:p>
            <w:r>
              <w:rPr>
                <w:b/>
                <w:sz w:val="32"/>
              </w:rPr>
              <w:t>SOLICITUD DE EMPLEO</w:t>
            </w:r>
          </w:p>
        </w:tc>
        <w:tc>
          <w:tcPr>
            <w:tcW w:type="dxa" w:w="5383"/>
          </w:tcPr>
          <w:p>
            <w:pPr>
              <w:jc w:val="right"/>
            </w:pPr>
            <w:r>
              <w:rPr>
                <w:sz w:val="20"/>
              </w:rPr>
              <w:t>Fecha: ____________________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539"/>
        </w:trPr>
        <w:tc>
          <w:tcPr>
            <w:tcW w:type="dxa" w:w="5383"/>
          </w:tcPr>
          <w:p>
            <w:r>
              <w:rPr>
                <w:color w:val="444444"/>
                <w:sz w:val="13"/>
              </w:rPr>
              <w:t>SUELDO MENSUAL AUTORIZADO (USO DE LA EMPRESA)</w:t>
            </w:r>
          </w:p>
        </w:tc>
        <w:tc>
          <w:tcPr>
            <w:tcW w:type="dxa" w:w="5383"/>
          </w:tcPr>
          <w:p>
            <w:r>
              <w:rPr>
                <w:color w:val="444444"/>
                <w:sz w:val="13"/>
              </w:rPr>
              <w:t>FECHA DE CONTRATACIÓN (USO DE LA EMPRESA)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766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PUESTO QUE SOLICITA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89"/>
        <w:gridCol w:w="3589"/>
        <w:gridCol w:w="3589"/>
      </w:tblGrid>
      <w:tr>
        <w:trPr>
          <w:trHeight w:val="539"/>
        </w:trPr>
        <w:tc>
          <w:tcPr>
            <w:tcW w:type="dxa" w:w="3589"/>
          </w:tcPr>
          <w:p>
            <w:r>
              <w:rPr>
                <w:color w:val="444444"/>
                <w:sz w:val="13"/>
              </w:rPr>
              <w:t>PUESTO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SUCURSAL O ZONA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TURNO</w:t>
            </w:r>
          </w:p>
        </w:tc>
      </w:tr>
      <w:tr>
        <w:trPr>
          <w:trHeight w:val="539"/>
        </w:trPr>
        <w:tc>
          <w:tcPr>
            <w:tcW w:type="dxa" w:w="3589"/>
          </w:tcPr>
          <w:p>
            <w:r>
              <w:rPr>
                <w:color w:val="444444"/>
                <w:sz w:val="13"/>
              </w:rPr>
              <w:t>PUEDE INICIAR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SUELDO MENSUAL DESEADO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¿CÓMO SE ENTERÓ DEL EMPLEO?</w:t>
            </w:r>
          </w:p>
        </w:tc>
      </w:tr>
      <w:tr>
        <w:trPr>
          <w:trHeight w:val="539"/>
        </w:trPr>
        <w:tc>
          <w:tcPr>
            <w:tcW w:type="dxa" w:w="10767"/>
            <w:gridSpan w:val="3"/>
          </w:tcPr>
          <w:p>
            <w:r>
              <w:rPr>
                <w:color w:val="444444"/>
                <w:sz w:val="13"/>
              </w:rPr>
              <w:t>LO RECOMENDÓ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766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DATOS PERSONALES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89"/>
        <w:gridCol w:w="3589"/>
        <w:gridCol w:w="3589"/>
      </w:tblGrid>
      <w:tr>
        <w:trPr>
          <w:trHeight w:val="539"/>
        </w:trPr>
        <w:tc>
          <w:tcPr>
            <w:tcW w:type="dxa" w:w="3589"/>
          </w:tcPr>
          <w:p>
            <w:r>
              <w:rPr>
                <w:color w:val="444444"/>
                <w:sz w:val="13"/>
              </w:rPr>
              <w:t>APELLIDO PATERNO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APELLIDO MATERNO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NOMBRE(S)</w:t>
            </w:r>
          </w:p>
        </w:tc>
      </w:tr>
      <w:tr>
        <w:trPr>
          <w:trHeight w:val="539"/>
        </w:trPr>
        <w:tc>
          <w:tcPr>
            <w:tcW w:type="dxa" w:w="3589"/>
          </w:tcPr>
          <w:p>
            <w:r>
              <w:rPr>
                <w:color w:val="444444"/>
                <w:sz w:val="13"/>
              </w:rPr>
              <w:t>CALLE Y NÚMERO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COLONIA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CÓDIGO POSTAL</w:t>
            </w:r>
          </w:p>
        </w:tc>
      </w:tr>
      <w:tr>
        <w:trPr>
          <w:trHeight w:val="539"/>
        </w:trPr>
        <w:tc>
          <w:tcPr>
            <w:tcW w:type="dxa" w:w="3589"/>
          </w:tcPr>
          <w:p>
            <w:r>
              <w:rPr>
                <w:color w:val="444444"/>
                <w:sz w:val="13"/>
              </w:rPr>
              <w:t>MUNICIPIO O ALCALDÍA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ESTADO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TELÉFONO</w:t>
            </w:r>
          </w:p>
        </w:tc>
      </w:tr>
      <w:tr>
        <w:trPr>
          <w:trHeight w:val="539"/>
        </w:trPr>
        <w:tc>
          <w:tcPr>
            <w:tcW w:type="dxa" w:w="10767"/>
            <w:gridSpan w:val="3"/>
          </w:tcPr>
          <w:p>
            <w:r>
              <w:rPr>
                <w:color w:val="444444"/>
                <w:sz w:val="13"/>
              </w:rPr>
              <w:t>CORREO</w:t>
            </w:r>
          </w:p>
        </w:tc>
      </w:tr>
      <w:tr>
        <w:trPr>
          <w:trHeight w:val="539"/>
        </w:trPr>
        <w:tc>
          <w:tcPr>
            <w:tcW w:type="dxa" w:w="3589"/>
          </w:tcPr>
          <w:p>
            <w:r>
              <w:rPr>
                <w:color w:val="444444"/>
                <w:sz w:val="13"/>
              </w:rPr>
              <w:t>FECHA DE NACIMIENTO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EDAD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LUGAR DE NACIMIENTO</w:t>
            </w:r>
          </w:p>
        </w:tc>
      </w:tr>
      <w:tr>
        <w:trPr>
          <w:trHeight w:val="539"/>
        </w:trPr>
        <w:tc>
          <w:tcPr>
            <w:tcW w:type="dxa" w:w="3589"/>
          </w:tcPr>
          <w:p>
            <w:r>
              <w:rPr>
                <w:color w:val="444444"/>
                <w:sz w:val="13"/>
              </w:rPr>
              <w:t>NACIONALIDAD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SEXO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ESTADO CIVIL</w:t>
            </w:r>
          </w:p>
        </w:tc>
      </w:tr>
      <w:tr>
        <w:trPr>
          <w:trHeight w:val="539"/>
        </w:trPr>
        <w:tc>
          <w:tcPr>
            <w:tcW w:type="dxa" w:w="10767"/>
            <w:gridSpan w:val="3"/>
          </w:tcPr>
          <w:p>
            <w:r>
              <w:rPr>
                <w:color w:val="444444"/>
                <w:sz w:val="13"/>
              </w:rPr>
              <w:t>VIVE CON (PADRES, FAMILIA, PARIENTES, SOLO)</w:t>
            </w:r>
          </w:p>
        </w:tc>
      </w:tr>
      <w:tr>
        <w:trPr>
          <w:trHeight w:val="539"/>
        </w:trPr>
        <w:tc>
          <w:tcPr>
            <w:tcW w:type="dxa" w:w="10767"/>
            <w:gridSpan w:val="3"/>
          </w:tcPr>
          <w:p>
            <w:r>
              <w:rPr>
                <w:color w:val="444444"/>
                <w:sz w:val="13"/>
              </w:rPr>
              <w:t>PERSONAS QUE DEPENDEN DE USTED (HIJOS, CÓNYUGE, PADRES, OTROS)</w:t>
            </w:r>
          </w:p>
        </w:tc>
      </w:tr>
      <w:tr>
        <w:trPr>
          <w:trHeight w:val="539"/>
        </w:trPr>
        <w:tc>
          <w:tcPr>
            <w:tcW w:type="dxa" w:w="3589"/>
          </w:tcPr>
          <w:p>
            <w:r>
              <w:rPr>
                <w:color w:val="444444"/>
                <w:sz w:val="13"/>
              </w:rPr>
              <w:t>ESTATURA</w:t>
            </w:r>
          </w:p>
        </w:tc>
        <w:tc>
          <w:tcPr>
            <w:tcW w:type="dxa" w:w="7178"/>
            <w:gridSpan w:val="2"/>
          </w:tcPr>
          <w:p>
            <w:r>
              <w:rPr>
                <w:color w:val="444444"/>
                <w:sz w:val="13"/>
              </w:rPr>
              <w:t>PESO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766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DOCUMENTACIÓN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89"/>
        <w:gridCol w:w="3589"/>
        <w:gridCol w:w="3589"/>
      </w:tblGrid>
      <w:tr>
        <w:trPr>
          <w:trHeight w:val="539"/>
        </w:trPr>
        <w:tc>
          <w:tcPr>
            <w:tcW w:type="dxa" w:w="3589"/>
          </w:tcPr>
          <w:p>
            <w:r>
              <w:rPr>
                <w:color w:val="444444"/>
                <w:sz w:val="13"/>
              </w:rPr>
              <w:t>CURP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RFC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NÚMERO DE SEGURIDAD SOCIAL</w:t>
            </w:r>
          </w:p>
        </w:tc>
      </w:tr>
      <w:tr>
        <w:trPr>
          <w:trHeight w:val="539"/>
        </w:trPr>
        <w:tc>
          <w:tcPr>
            <w:tcW w:type="dxa" w:w="3589"/>
          </w:tcPr>
          <w:p>
            <w:r>
              <w:rPr>
                <w:color w:val="444444"/>
                <w:sz w:val="13"/>
              </w:rPr>
              <w:t>AFORE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CARTILLA DEL SERVICIO MILITAR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PASAPORTE</w:t>
            </w:r>
          </w:p>
        </w:tc>
      </w:tr>
      <w:tr>
        <w:trPr>
          <w:trHeight w:val="539"/>
        </w:trPr>
        <w:tc>
          <w:tcPr>
            <w:tcW w:type="dxa" w:w="3589"/>
          </w:tcPr>
          <w:p>
            <w:r>
              <w:rPr>
                <w:color w:val="444444"/>
                <w:sz w:val="13"/>
              </w:rPr>
              <w:t>¿LICENCIA DE MANEJO? (SÍ / NO)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CLASE Y NÚMERO DE LICENCIA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SI ES EXTRANJERO, DOCUMENTO PARA TRABAJAR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766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ESTADO DE SALUD Y HÁBITOS PERSONALES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89"/>
        <w:gridCol w:w="3589"/>
        <w:gridCol w:w="3589"/>
      </w:tblGrid>
      <w:tr>
        <w:trPr>
          <w:trHeight w:val="539"/>
        </w:trPr>
        <w:tc>
          <w:tcPr>
            <w:tcW w:type="dxa" w:w="3589"/>
          </w:tcPr>
          <w:p>
            <w:r>
              <w:rPr>
                <w:color w:val="444444"/>
                <w:sz w:val="13"/>
              </w:rPr>
              <w:t>¿CÓMO CONSIDERA SU ESTADO DE SALUD? (BUENO, REGULAR, MALO)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¿PADECE ALGUNA ENFERMEDAD CRÓNICA? (EXPLIQUE)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¿PRACTICA ALGÚN DEPORTE?</w:t>
            </w:r>
          </w:p>
        </w:tc>
      </w:tr>
      <w:tr>
        <w:trPr>
          <w:trHeight w:val="539"/>
        </w:trPr>
        <w:tc>
          <w:tcPr>
            <w:tcW w:type="dxa" w:w="3589"/>
          </w:tcPr>
          <w:p>
            <w:r>
              <w:rPr>
                <w:color w:val="444444"/>
                <w:sz w:val="13"/>
              </w:rPr>
              <w:t>¿PERTENECE A ALGÚN CLUB SOCIAL O DEPORTIVO?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¿CUÁL ES SU PASATIEMPO FAVORITO?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¿CUÁL ES SU META EN LA VIDA?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766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DATOS FAMILIARES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53"/>
        <w:gridCol w:w="2153"/>
        <w:gridCol w:w="2153"/>
        <w:gridCol w:w="2153"/>
        <w:gridCol w:w="2153"/>
      </w:tblGrid>
      <w:tr>
        <w:tc>
          <w:tcPr>
            <w:tcW w:type="dxa" w:w="2153"/>
            <w:shd w:val="clear" w:color="auto" w:fill="EEF2F7"/>
          </w:tcPr>
          <w:p>
            <w:r>
              <w:rPr>
                <w:b/>
                <w:sz w:val="15"/>
              </w:rPr>
              <w:t>Nombre</w:t>
            </w:r>
          </w:p>
        </w:tc>
        <w:tc>
          <w:tcPr>
            <w:tcW w:type="dxa" w:w="2153"/>
            <w:shd w:val="clear" w:color="auto" w:fill="EEF2F7"/>
          </w:tcPr>
          <w:p>
            <w:r>
              <w:rPr>
                <w:b/>
                <w:sz w:val="15"/>
              </w:rPr>
              <w:t>Vive</w:t>
            </w:r>
          </w:p>
        </w:tc>
        <w:tc>
          <w:tcPr>
            <w:tcW w:type="dxa" w:w="2153"/>
            <w:shd w:val="clear" w:color="auto" w:fill="EEF2F7"/>
          </w:tcPr>
          <w:p>
            <w:r>
              <w:rPr>
                <w:b/>
                <w:sz w:val="15"/>
              </w:rPr>
              <w:t>Finado</w:t>
            </w:r>
          </w:p>
        </w:tc>
        <w:tc>
          <w:tcPr>
            <w:tcW w:type="dxa" w:w="2153"/>
            <w:shd w:val="clear" w:color="auto" w:fill="EEF2F7"/>
          </w:tcPr>
          <w:p>
            <w:r>
              <w:rPr>
                <w:b/>
                <w:sz w:val="15"/>
              </w:rPr>
              <w:t>Domicilio</w:t>
            </w:r>
          </w:p>
        </w:tc>
        <w:tc>
          <w:tcPr>
            <w:tcW w:type="dxa" w:w="2153"/>
            <w:shd w:val="clear" w:color="auto" w:fill="EEF2F7"/>
          </w:tcPr>
          <w:p>
            <w:r>
              <w:rPr>
                <w:b/>
                <w:sz w:val="15"/>
              </w:rPr>
              <w:t>Ocupación</w:t>
            </w:r>
          </w:p>
        </w:tc>
      </w:tr>
      <w:tr>
        <w:trPr>
          <w:trHeight w:val="482"/>
        </w:trPr>
        <w:tc>
          <w:tcPr>
            <w:tcW w:type="dxa" w:w="2153"/>
          </w:tcPr>
          <w:p>
            <w:r>
              <w:rPr>
                <w:sz w:val="15"/>
              </w:rPr>
              <w:t>Padre:</w:t>
            </w:r>
          </w:p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</w:tr>
      <w:tr>
        <w:trPr>
          <w:trHeight w:val="482"/>
        </w:trPr>
        <w:tc>
          <w:tcPr>
            <w:tcW w:type="dxa" w:w="2153"/>
          </w:tcPr>
          <w:p>
            <w:r>
              <w:rPr>
                <w:sz w:val="15"/>
              </w:rPr>
              <w:t>Madre:</w:t>
            </w:r>
          </w:p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</w:tr>
      <w:tr>
        <w:trPr>
          <w:trHeight w:val="482"/>
        </w:trPr>
        <w:tc>
          <w:tcPr>
            <w:tcW w:type="dxa" w:w="2153"/>
          </w:tcPr>
          <w:p>
            <w:r>
              <w:rPr>
                <w:sz w:val="15"/>
              </w:rPr>
              <w:t>Esposa(o):</w:t>
            </w:r>
          </w:p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66"/>
      </w:tblGrid>
      <w:tr>
        <w:trPr>
          <w:trHeight w:val="539"/>
        </w:trPr>
        <w:tc>
          <w:tcPr>
            <w:tcW w:type="dxa" w:w="10766"/>
          </w:tcPr>
          <w:p>
            <w:r>
              <w:rPr>
                <w:color w:val="444444"/>
                <w:sz w:val="13"/>
              </w:rPr>
              <w:t>NOMBRES Y EDADES DE LOS HIJOS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766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ESCOLARIDAD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94"/>
        <w:gridCol w:w="1794"/>
        <w:gridCol w:w="1794"/>
        <w:gridCol w:w="1794"/>
        <w:gridCol w:w="1794"/>
        <w:gridCol w:w="1794"/>
      </w:tblGrid>
      <w:tr>
        <w:tc>
          <w:tcPr>
            <w:tcW w:type="dxa" w:w="1794"/>
            <w:shd w:val="clear" w:color="auto" w:fill="EEF2F7"/>
          </w:tcPr>
          <w:p>
            <w:r>
              <w:rPr>
                <w:b/>
                <w:sz w:val="15"/>
              </w:rPr>
              <w:t>Nivel</w:t>
            </w:r>
          </w:p>
        </w:tc>
        <w:tc>
          <w:tcPr>
            <w:tcW w:type="dxa" w:w="1794"/>
            <w:shd w:val="clear" w:color="auto" w:fill="EEF2F7"/>
          </w:tcPr>
          <w:p>
            <w:r>
              <w:rPr>
                <w:b/>
                <w:sz w:val="15"/>
              </w:rPr>
              <w:t>Escuela</w:t>
            </w:r>
          </w:p>
        </w:tc>
        <w:tc>
          <w:tcPr>
            <w:tcW w:type="dxa" w:w="1794"/>
            <w:shd w:val="clear" w:color="auto" w:fill="EEF2F7"/>
          </w:tcPr>
          <w:p>
            <w:r>
              <w:rPr>
                <w:b/>
                <w:sz w:val="15"/>
              </w:rPr>
              <w:t>Municipio y estado</w:t>
            </w:r>
          </w:p>
        </w:tc>
        <w:tc>
          <w:tcPr>
            <w:tcW w:type="dxa" w:w="1794"/>
            <w:shd w:val="clear" w:color="auto" w:fill="EEF2F7"/>
          </w:tcPr>
          <w:p>
            <w:r>
              <w:rPr>
                <w:b/>
                <w:sz w:val="15"/>
              </w:rPr>
              <w:t>De</w:t>
            </w:r>
          </w:p>
        </w:tc>
        <w:tc>
          <w:tcPr>
            <w:tcW w:type="dxa" w:w="1794"/>
            <w:shd w:val="clear" w:color="auto" w:fill="EEF2F7"/>
          </w:tcPr>
          <w:p>
            <w:r>
              <w:rPr>
                <w:b/>
                <w:sz w:val="15"/>
              </w:rPr>
              <w:t>A</w:t>
            </w:r>
          </w:p>
        </w:tc>
        <w:tc>
          <w:tcPr>
            <w:tcW w:type="dxa" w:w="1794"/>
            <w:shd w:val="clear" w:color="auto" w:fill="EEF2F7"/>
          </w:tcPr>
          <w:p>
            <w:r>
              <w:rPr>
                <w:b/>
                <w:sz w:val="15"/>
              </w:rPr>
              <w:t>Título o documento</w:t>
            </w:r>
          </w:p>
        </w:tc>
      </w:tr>
      <w:tr>
        <w:trPr>
          <w:trHeight w:val="425"/>
        </w:trPr>
        <w:tc>
          <w:tcPr>
            <w:tcW w:type="dxa" w:w="1794"/>
          </w:tcPr>
          <w:p>
            <w:r>
              <w:rPr>
                <w:sz w:val="15"/>
              </w:rPr>
              <w:t>Primaria</w:t>
            </w:r>
          </w:p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</w:tr>
      <w:tr>
        <w:trPr>
          <w:trHeight w:val="425"/>
        </w:trPr>
        <w:tc>
          <w:tcPr>
            <w:tcW w:type="dxa" w:w="1794"/>
          </w:tcPr>
          <w:p>
            <w:r>
              <w:rPr>
                <w:sz w:val="15"/>
              </w:rPr>
              <w:t>Secundaria</w:t>
            </w:r>
          </w:p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</w:tr>
      <w:tr>
        <w:trPr>
          <w:trHeight w:val="425"/>
        </w:trPr>
        <w:tc>
          <w:tcPr>
            <w:tcW w:type="dxa" w:w="1794"/>
          </w:tcPr>
          <w:p>
            <w:r>
              <w:rPr>
                <w:sz w:val="15"/>
              </w:rPr>
              <w:t>Preparatoria o vocacional</w:t>
            </w:r>
          </w:p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</w:tr>
      <w:tr>
        <w:trPr>
          <w:trHeight w:val="425"/>
        </w:trPr>
        <w:tc>
          <w:tcPr>
            <w:tcW w:type="dxa" w:w="1794"/>
          </w:tcPr>
          <w:p>
            <w:r>
              <w:rPr>
                <w:sz w:val="15"/>
              </w:rPr>
              <w:t>Profesional</w:t>
            </w:r>
          </w:p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</w:tr>
      <w:tr>
        <w:trPr>
          <w:trHeight w:val="425"/>
        </w:trPr>
        <w:tc>
          <w:tcPr>
            <w:tcW w:type="dxa" w:w="1794"/>
          </w:tcPr>
          <w:p>
            <w:r>
              <w:rPr>
                <w:sz w:val="15"/>
              </w:rPr>
              <w:t>Comercial u otras</w:t>
            </w:r>
          </w:p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  <w:tc>
          <w:tcPr>
            <w:tcW w:type="dxa" w:w="1794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89"/>
        <w:gridCol w:w="3589"/>
        <w:gridCol w:w="3589"/>
      </w:tblGrid>
      <w:tr>
        <w:trPr>
          <w:trHeight w:val="539"/>
        </w:trPr>
        <w:tc>
          <w:tcPr>
            <w:tcW w:type="dxa" w:w="3589"/>
          </w:tcPr>
          <w:p>
            <w:r>
              <w:rPr>
                <w:color w:val="444444"/>
                <w:sz w:val="13"/>
              </w:rPr>
              <w:t>ESTUDIOS QUE REALIZA ACTUALMENTE: ESCUELA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HORARIO</w:t>
            </w:r>
          </w:p>
        </w:tc>
        <w:tc>
          <w:tcPr>
            <w:tcW w:type="dxa" w:w="3589"/>
          </w:tcPr>
          <w:p>
            <w:r>
              <w:rPr>
                <w:color w:val="444444"/>
                <w:sz w:val="13"/>
              </w:rPr>
              <w:t>CURSO O CARRERA Y GRADO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766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CONOCIMIENTOS GENERALES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539"/>
        </w:trPr>
        <w:tc>
          <w:tcPr>
            <w:tcW w:type="dxa" w:w="5383"/>
          </w:tcPr>
          <w:p>
            <w:r>
              <w:rPr>
                <w:color w:val="444444"/>
                <w:sz w:val="13"/>
              </w:rPr>
              <w:t>IDIOMAS QUE HABLA (NIVEL)</w:t>
            </w:r>
          </w:p>
        </w:tc>
        <w:tc>
          <w:tcPr>
            <w:tcW w:type="dxa" w:w="5383"/>
          </w:tcPr>
          <w:p>
            <w:r>
              <w:rPr>
                <w:color w:val="444444"/>
                <w:sz w:val="13"/>
              </w:rPr>
              <w:t>FUNCIONES DE OFICINA QUE DOMINA</w:t>
            </w:r>
          </w:p>
        </w:tc>
      </w:tr>
      <w:tr>
        <w:trPr>
          <w:trHeight w:val="539"/>
        </w:trPr>
        <w:tc>
          <w:tcPr>
            <w:tcW w:type="dxa" w:w="5383"/>
          </w:tcPr>
          <w:p>
            <w:r>
              <w:rPr>
                <w:color w:val="444444"/>
                <w:sz w:val="13"/>
              </w:rPr>
              <w:t>MÁQUINAS DE OFICINA O TALLER QUE SABE MANEJAR</w:t>
            </w:r>
          </w:p>
        </w:tc>
        <w:tc>
          <w:tcPr>
            <w:tcW w:type="dxa" w:w="5383"/>
          </w:tcPr>
          <w:p>
            <w:r>
              <w:rPr>
                <w:color w:val="444444"/>
                <w:sz w:val="13"/>
              </w:rPr>
              <w:t>SOFTWARE QUE CONOCE</w:t>
            </w:r>
          </w:p>
        </w:tc>
      </w:tr>
      <w:tr>
        <w:trPr>
          <w:trHeight w:val="539"/>
        </w:trPr>
        <w:tc>
          <w:tcPr>
            <w:tcW w:type="dxa" w:w="10766"/>
            <w:gridSpan w:val="2"/>
          </w:tcPr>
          <w:p>
            <w:r>
              <w:rPr>
                <w:color w:val="444444"/>
                <w:sz w:val="13"/>
              </w:rPr>
              <w:t>OTROS TRABAJOS O FUNCIONES QUE DOMINA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766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EMPLEO ACTUAL Y ANTERIORES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91"/>
        <w:gridCol w:w="2691"/>
        <w:gridCol w:w="2691"/>
        <w:gridCol w:w="2691"/>
      </w:tblGrid>
      <w:tr>
        <w:tc>
          <w:tcPr>
            <w:tcW w:type="dxa" w:w="2691"/>
            <w:shd w:val="clear" w:color="auto" w:fill="EEF2F7"/>
          </w:tcPr>
          <w:p>
            <w:r>
              <w:rPr>
                <w:b/>
                <w:sz w:val="15"/>
              </w:rPr>
              <w:t>Concepto</w:t>
            </w:r>
          </w:p>
        </w:tc>
        <w:tc>
          <w:tcPr>
            <w:tcW w:type="dxa" w:w="2691"/>
            <w:shd w:val="clear" w:color="auto" w:fill="EEF2F7"/>
          </w:tcPr>
          <w:p>
            <w:r>
              <w:rPr>
                <w:b/>
                <w:sz w:val="15"/>
              </w:rPr>
              <w:t>Actual o último</w:t>
            </w:r>
          </w:p>
        </w:tc>
        <w:tc>
          <w:tcPr>
            <w:tcW w:type="dxa" w:w="2691"/>
            <w:shd w:val="clear" w:color="auto" w:fill="EEF2F7"/>
          </w:tcPr>
          <w:p>
            <w:r>
              <w:rPr>
                <w:b/>
                <w:sz w:val="15"/>
              </w:rPr>
              <w:t>Anterior</w:t>
            </w:r>
          </w:p>
        </w:tc>
        <w:tc>
          <w:tcPr>
            <w:tcW w:type="dxa" w:w="2691"/>
            <w:shd w:val="clear" w:color="auto" w:fill="EEF2F7"/>
          </w:tcPr>
          <w:p>
            <w:r>
              <w:rPr>
                <w:b/>
                <w:sz w:val="15"/>
              </w:rPr>
              <w:t>Anterior</w:t>
            </w:r>
          </w:p>
        </w:tc>
      </w:tr>
      <w:tr>
        <w:trPr>
          <w:trHeight w:val="454"/>
        </w:trPr>
        <w:tc>
          <w:tcPr>
            <w:tcW w:type="dxa" w:w="2691"/>
          </w:tcPr>
          <w:p>
            <w:r>
              <w:rPr>
                <w:sz w:val="15"/>
              </w:rPr>
              <w:t>Tiempo que prestó sus servicios (de / a)</w:t>
            </w:r>
          </w:p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</w:tr>
      <w:tr>
        <w:trPr>
          <w:trHeight w:val="454"/>
        </w:trPr>
        <w:tc>
          <w:tcPr>
            <w:tcW w:type="dxa" w:w="2691"/>
          </w:tcPr>
          <w:p>
            <w:r>
              <w:rPr>
                <w:sz w:val="15"/>
              </w:rPr>
              <w:t>Nombre de la compañía</w:t>
            </w:r>
          </w:p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</w:tr>
      <w:tr>
        <w:trPr>
          <w:trHeight w:val="454"/>
        </w:trPr>
        <w:tc>
          <w:tcPr>
            <w:tcW w:type="dxa" w:w="2691"/>
          </w:tcPr>
          <w:p>
            <w:r>
              <w:rPr>
                <w:sz w:val="15"/>
              </w:rPr>
              <w:t>Domicilio</w:t>
            </w:r>
          </w:p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</w:tr>
      <w:tr>
        <w:trPr>
          <w:trHeight w:val="454"/>
        </w:trPr>
        <w:tc>
          <w:tcPr>
            <w:tcW w:type="dxa" w:w="2691"/>
          </w:tcPr>
          <w:p>
            <w:r>
              <w:rPr>
                <w:sz w:val="15"/>
              </w:rPr>
              <w:t>Teléfono</w:t>
            </w:r>
          </w:p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</w:tr>
      <w:tr>
        <w:trPr>
          <w:trHeight w:val="454"/>
        </w:trPr>
        <w:tc>
          <w:tcPr>
            <w:tcW w:type="dxa" w:w="2691"/>
          </w:tcPr>
          <w:p>
            <w:r>
              <w:rPr>
                <w:sz w:val="15"/>
              </w:rPr>
              <w:t>Puesto desempeñado</w:t>
            </w:r>
          </w:p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</w:tr>
      <w:tr>
        <w:trPr>
          <w:trHeight w:val="454"/>
        </w:trPr>
        <w:tc>
          <w:tcPr>
            <w:tcW w:type="dxa" w:w="2691"/>
          </w:tcPr>
          <w:p>
            <w:r>
              <w:rPr>
                <w:sz w:val="15"/>
              </w:rPr>
              <w:t>Sueldo mensual (inicial / final)</w:t>
            </w:r>
          </w:p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</w:tr>
      <w:tr>
        <w:trPr>
          <w:trHeight w:val="454"/>
        </w:trPr>
        <w:tc>
          <w:tcPr>
            <w:tcW w:type="dxa" w:w="2691"/>
          </w:tcPr>
          <w:p>
            <w:r>
              <w:rPr>
                <w:sz w:val="15"/>
              </w:rPr>
              <w:t>Motivo de separación</w:t>
            </w:r>
          </w:p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</w:tr>
      <w:tr>
        <w:trPr>
          <w:trHeight w:val="454"/>
        </w:trPr>
        <w:tc>
          <w:tcPr>
            <w:tcW w:type="dxa" w:w="2691"/>
          </w:tcPr>
          <w:p>
            <w:r>
              <w:rPr>
                <w:sz w:val="15"/>
              </w:rPr>
              <w:t>Nombre de su jefe directo</w:t>
            </w:r>
          </w:p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</w:tr>
      <w:tr>
        <w:trPr>
          <w:trHeight w:val="454"/>
        </w:trPr>
        <w:tc>
          <w:tcPr>
            <w:tcW w:type="dxa" w:w="2691"/>
          </w:tcPr>
          <w:p>
            <w:r>
              <w:rPr>
                <w:sz w:val="15"/>
              </w:rPr>
              <w:t>Puesto de su jefe directo</w:t>
            </w:r>
          </w:p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</w:tr>
      <w:tr>
        <w:trPr>
          <w:trHeight w:val="454"/>
        </w:trPr>
        <w:tc>
          <w:tcPr>
            <w:tcW w:type="dxa" w:w="2691"/>
          </w:tcPr>
          <w:p>
            <w:r>
              <w:rPr>
                <w:sz w:val="15"/>
              </w:rPr>
              <w:t>¿Podemos solicitar informes de usted? (sí / no y razones)</w:t>
            </w:r>
          </w:p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  <w:tc>
          <w:tcPr>
            <w:tcW w:type="dxa" w:w="2691"/>
          </w:tcPr>
          <w:p/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766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REFERENCIAS PERSONALES (NO INCLUYA JEFES ANTERIORES)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53"/>
        <w:gridCol w:w="2153"/>
        <w:gridCol w:w="2153"/>
        <w:gridCol w:w="2153"/>
        <w:gridCol w:w="2153"/>
      </w:tblGrid>
      <w:tr>
        <w:tc>
          <w:tcPr>
            <w:tcW w:type="dxa" w:w="2153"/>
            <w:shd w:val="clear" w:color="auto" w:fill="EEF2F7"/>
          </w:tcPr>
          <w:p>
            <w:r>
              <w:rPr>
                <w:b/>
                <w:sz w:val="15"/>
              </w:rPr>
              <w:t>Nombre</w:t>
            </w:r>
          </w:p>
        </w:tc>
        <w:tc>
          <w:tcPr>
            <w:tcW w:type="dxa" w:w="2153"/>
            <w:shd w:val="clear" w:color="auto" w:fill="EEF2F7"/>
          </w:tcPr>
          <w:p>
            <w:r>
              <w:rPr>
                <w:b/>
                <w:sz w:val="15"/>
              </w:rPr>
              <w:t>Domicilio</w:t>
            </w:r>
          </w:p>
        </w:tc>
        <w:tc>
          <w:tcPr>
            <w:tcW w:type="dxa" w:w="2153"/>
            <w:shd w:val="clear" w:color="auto" w:fill="EEF2F7"/>
          </w:tcPr>
          <w:p>
            <w:r>
              <w:rPr>
                <w:b/>
                <w:sz w:val="15"/>
              </w:rPr>
              <w:t>Teléfono</w:t>
            </w:r>
          </w:p>
        </w:tc>
        <w:tc>
          <w:tcPr>
            <w:tcW w:type="dxa" w:w="2153"/>
            <w:shd w:val="clear" w:color="auto" w:fill="EEF2F7"/>
          </w:tcPr>
          <w:p>
            <w:r>
              <w:rPr>
                <w:b/>
                <w:sz w:val="15"/>
              </w:rPr>
              <w:t>Ocupación</w:t>
            </w:r>
          </w:p>
        </w:tc>
        <w:tc>
          <w:tcPr>
            <w:tcW w:type="dxa" w:w="2153"/>
            <w:shd w:val="clear" w:color="auto" w:fill="EEF2F7"/>
          </w:tcPr>
          <w:p>
            <w:r>
              <w:rPr>
                <w:b/>
                <w:sz w:val="15"/>
              </w:rPr>
              <w:t>Tiempo de conocerlo</w:t>
            </w:r>
          </w:p>
        </w:tc>
      </w:tr>
      <w:tr>
        <w:trPr>
          <w:trHeight w:val="482"/>
        </w:trPr>
        <w:tc>
          <w:tcPr>
            <w:tcW w:type="dxa" w:w="2153"/>
          </w:tcPr>
          <w:p/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</w:tr>
      <w:tr>
        <w:trPr>
          <w:trHeight w:val="482"/>
        </w:trPr>
        <w:tc>
          <w:tcPr>
            <w:tcW w:type="dxa" w:w="2153"/>
          </w:tcPr>
          <w:p/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</w:tr>
      <w:tr>
        <w:trPr>
          <w:trHeight w:val="482"/>
        </w:trPr>
        <w:tc>
          <w:tcPr>
            <w:tcW w:type="dxa" w:w="2153"/>
          </w:tcPr>
          <w:p/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  <w:tc>
          <w:tcPr>
            <w:tcW w:type="dxa" w:w="2153"/>
          </w:tcPr>
          <w:p/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766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DATOS GENERALES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539"/>
        </w:trPr>
        <w:tc>
          <w:tcPr>
            <w:tcW w:type="dxa" w:w="5383"/>
          </w:tcPr>
          <w:p>
            <w:r>
              <w:rPr>
                <w:color w:val="444444"/>
                <w:sz w:val="13"/>
              </w:rPr>
              <w:t>¿CÓMO SUPO DE ESTE EMPLEO?</w:t>
            </w:r>
          </w:p>
        </w:tc>
        <w:tc>
          <w:tcPr>
            <w:tcW w:type="dxa" w:w="5383"/>
          </w:tcPr>
          <w:p>
            <w:r>
              <w:rPr>
                <w:color w:val="444444"/>
                <w:sz w:val="13"/>
              </w:rPr>
              <w:t>¿TIENE PARIENTES TRABAJANDO EN ESTA EMPRESA? (NÓMBRELOS)</w:t>
            </w:r>
          </w:p>
        </w:tc>
      </w:tr>
      <w:tr>
        <w:trPr>
          <w:trHeight w:val="539"/>
        </w:trPr>
        <w:tc>
          <w:tcPr>
            <w:tcW w:type="dxa" w:w="5383"/>
          </w:tcPr>
          <w:p>
            <w:r>
              <w:rPr>
                <w:color w:val="444444"/>
                <w:sz w:val="13"/>
              </w:rPr>
              <w:t>¿HA ESTADO AFIANZADO? (COMPAÑÍA)</w:t>
            </w:r>
          </w:p>
        </w:tc>
        <w:tc>
          <w:tcPr>
            <w:tcW w:type="dxa" w:w="5383"/>
          </w:tcPr>
          <w:p>
            <w:r>
              <w:rPr>
                <w:color w:val="444444"/>
                <w:sz w:val="13"/>
              </w:rPr>
              <w:t>¿HA ESTADO AFILIADO A ALGÚN SINDICATO? (¿CUÁL?)</w:t>
            </w:r>
          </w:p>
        </w:tc>
      </w:tr>
      <w:tr>
        <w:trPr>
          <w:trHeight w:val="539"/>
        </w:trPr>
        <w:tc>
          <w:tcPr>
            <w:tcW w:type="dxa" w:w="5383"/>
          </w:tcPr>
          <w:p>
            <w:r>
              <w:rPr>
                <w:color w:val="444444"/>
                <w:sz w:val="13"/>
              </w:rPr>
              <w:t>¿TIENE SEGURO DE VIDA? (COMPAÑÍA)</w:t>
            </w:r>
          </w:p>
        </w:tc>
        <w:tc>
          <w:tcPr>
            <w:tcW w:type="dxa" w:w="5383"/>
          </w:tcPr>
          <w:p>
            <w:r>
              <w:rPr>
                <w:color w:val="444444"/>
                <w:sz w:val="13"/>
              </w:rPr>
              <w:t>¿PUEDE VIAJAR? (RAZONES)</w:t>
            </w:r>
          </w:p>
        </w:tc>
      </w:tr>
      <w:tr>
        <w:trPr>
          <w:trHeight w:val="539"/>
        </w:trPr>
        <w:tc>
          <w:tcPr>
            <w:tcW w:type="dxa" w:w="5383"/>
          </w:tcPr>
          <w:p>
            <w:r>
              <w:rPr>
                <w:color w:val="444444"/>
                <w:sz w:val="13"/>
              </w:rPr>
              <w:t>¿ESTÁ DISPUESTO A CAMBIAR DE RESIDENCIA? (RAZONES)</w:t>
            </w:r>
          </w:p>
        </w:tc>
        <w:tc>
          <w:tcPr>
            <w:tcW w:type="dxa" w:w="5383"/>
          </w:tcPr>
          <w:p>
            <w:r>
              <w:rPr>
                <w:color w:val="444444"/>
                <w:sz w:val="13"/>
              </w:rPr>
              <w:t>FECHA EN QUE PODRÍA PRESENTARSE A TRABAJAR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766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DATOS ECONÓMICOS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539"/>
        </w:trPr>
        <w:tc>
          <w:tcPr>
            <w:tcW w:type="dxa" w:w="5383"/>
          </w:tcPr>
          <w:p>
            <w:r>
              <w:rPr>
                <w:color w:val="444444"/>
                <w:sz w:val="13"/>
              </w:rPr>
              <w:t>¿TIENE OTROS INGRESOS? IMPORTE MENSUAL $</w:t>
            </w:r>
          </w:p>
        </w:tc>
        <w:tc>
          <w:tcPr>
            <w:tcW w:type="dxa" w:w="5383"/>
          </w:tcPr>
          <w:p>
            <w:r>
              <w:rPr>
                <w:color w:val="444444"/>
                <w:sz w:val="13"/>
              </w:rPr>
              <w:t>¿SU CÓNYUGE TRABAJA? ¿DÓNDE? PERCEPCIÓN MENSUAL $</w:t>
            </w:r>
          </w:p>
        </w:tc>
      </w:tr>
      <w:tr>
        <w:trPr>
          <w:trHeight w:val="539"/>
        </w:trPr>
        <w:tc>
          <w:tcPr>
            <w:tcW w:type="dxa" w:w="5383"/>
          </w:tcPr>
          <w:p>
            <w:r>
              <w:rPr>
                <w:color w:val="444444"/>
                <w:sz w:val="13"/>
              </w:rPr>
              <w:t>¿VIVE EN CASA PROPIA? VALOR APROXIMADO $</w:t>
            </w:r>
          </w:p>
        </w:tc>
        <w:tc>
          <w:tcPr>
            <w:tcW w:type="dxa" w:w="5383"/>
          </w:tcPr>
          <w:p>
            <w:r>
              <w:rPr>
                <w:color w:val="444444"/>
                <w:sz w:val="13"/>
              </w:rPr>
              <w:t>¿PAGA RENTA? RENTA MENSUAL $</w:t>
            </w:r>
          </w:p>
        </w:tc>
      </w:tr>
      <w:tr>
        <w:trPr>
          <w:trHeight w:val="539"/>
        </w:trPr>
        <w:tc>
          <w:tcPr>
            <w:tcW w:type="dxa" w:w="5383"/>
          </w:tcPr>
          <w:p>
            <w:r>
              <w:rPr>
                <w:color w:val="444444"/>
                <w:sz w:val="13"/>
              </w:rPr>
              <w:t>¿TIENE AUTOMÓVIL PROPIO? MARCA Y MODELO</w:t>
            </w:r>
          </w:p>
        </w:tc>
        <w:tc>
          <w:tcPr>
            <w:tcW w:type="dxa" w:w="5383"/>
          </w:tcPr>
          <w:p>
            <w:r>
              <w:rPr>
                <w:color w:val="444444"/>
                <w:sz w:val="13"/>
              </w:rPr>
              <w:t>¿TIENE DEUDAS? ¿CON QUIÉN? IMPORTE $</w:t>
            </w:r>
          </w:p>
        </w:tc>
      </w:tr>
      <w:tr>
        <w:trPr>
          <w:trHeight w:val="539"/>
        </w:trPr>
        <w:tc>
          <w:tcPr>
            <w:tcW w:type="dxa" w:w="5383"/>
          </w:tcPr>
          <w:p>
            <w:r>
              <w:rPr>
                <w:color w:val="444444"/>
                <w:sz w:val="13"/>
              </w:rPr>
              <w:t>¿CUÁNTO ABONA MENSUALMENTE? $</w:t>
            </w:r>
          </w:p>
        </w:tc>
        <w:tc>
          <w:tcPr>
            <w:tcW w:type="dxa" w:w="5383"/>
          </w:tcPr>
          <w:p>
            <w:r>
              <w:rPr>
                <w:color w:val="444444"/>
                <w:sz w:val="13"/>
              </w:rPr>
              <w:t>¿A CUÁNTO ASCIENDEN SUS GASTOS MENSUALES? $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766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COMENTARIOS DEL ENTREVISTADOR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766"/>
      </w:tblGrid>
      <w:tr>
        <w:trPr>
          <w:trHeight w:val="907"/>
        </w:trPr>
        <w:tc>
          <w:tcPr>
            <w:tcW w:type="dxa" w:w="10766"/>
          </w:tcPr>
          <w:p>
            <w:r>
              <w:rPr>
                <w:color w:val="444444"/>
                <w:sz w:val="13"/>
              </w:rPr>
              <w:t>COMENTARIOS</w:t>
            </w:r>
          </w:p>
        </w:tc>
      </w:tr>
    </w:tbl>
    <w:p>
      <w:pPr>
        <w:spacing w:after="80"/>
      </w:pPr>
    </w:p>
    <w:p>
      <w:pPr>
        <w:spacing w:before="120"/>
      </w:pPr>
      <w:r>
        <w:t>Hago constar que mis respuestas son verdaderas y autorizo a la empresa a verificarlas.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5383"/>
          </w:tcPr>
          <w:p>
            <w:pPr>
              <w:jc w:val="center"/>
            </w:pPr>
            <w:r>
              <w:br/>
              <w:br/>
              <w:t>_________________________________</w:t>
              <w:br/>
              <w:t>Firma del solicitante</w:t>
            </w:r>
          </w:p>
        </w:tc>
        <w:tc>
          <w:tcPr>
            <w:tcW w:type="dxa" w:w="5383"/>
          </w:tcPr>
          <w:p>
            <w:pPr>
              <w:jc w:val="center"/>
            </w:pPr>
            <w:r>
              <w:br/>
              <w:br/>
              <w:t>_________________________________</w:t>
              <w:br/>
              <w:t>Recibió (Recursos Humanos)</w:t>
            </w:r>
          </w:p>
        </w:tc>
      </w:tr>
    </w:tbl>
    <w:p>
      <w:pPr>
        <w:spacing w:before="160"/>
        <w:jc w:val="center"/>
      </w:pPr>
      <w:r>
        <w:rPr>
          <w:color w:val="666666"/>
          <w:sz w:val="14"/>
        </w:rPr>
        <w:t>Formato gratuito de solicitud de empleo · Abarrotes Casa Vargas · abarrotescasavargas.mx/solicitud-de-empleo/guia/</w:t>
      </w:r>
    </w:p>
    <w:sectPr w:rsidR="00FC693F" w:rsidRPr="0006063C" w:rsidSect="00034616">
      <w:pgSz w:w="12240" w:h="15840"/>
      <w:pgMar w:top="680" w:right="737" w:bottom="68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empleo</dc:title>
  <dc:subject/>
  <dc:creator>Abarrotes Casa Vargas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